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قوالب هيكلة مقالات المدونة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3 هياكل جاهزة حسب نوع المقالة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القالب الأول: الدليل الشامل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يناسب موضوعاً واسعاً يحتاج شرحاً كاملاً من الصفر — أطول أنواع المقالات وأعلاها قيمة SEO عادةً.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الفقرة الافتتاحية: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إجابة مباشرة عن السؤال الرئيسي خلال أول 100 كلمة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القسم 1: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لماذا هذا الموضوع مهم / المشكلة التي يحلّها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القسم 2-4: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خطوات أو مراحل الحل مرتّبة منطقياً، بمثال عملي لكل خطوة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قسم إضافي: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جدول مقارنة أو بلوكووت يبرز نقطة الزاوية المميّزة للمقالة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أسئلة شائعة: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3-4 أسئلة تكمل ما لم يُغطَّ في المتن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الخاتمة: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روابط داخلية لمقالات ذات صلة + دعوة تحرّك واحدة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القالب الثاني: القائمة (ليستكل)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يناسب موضوعاً قابلاً للتقسيم لعناصر متوازية (نصائح، أدوات، أخطاء) — يُقرأ غالباً بالتصفّح السريع لا القراءة الكاملة.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الفقرة الافتتاحية: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لماذا هذه القائمة تحديداً تستحق وقت القارئ (لا مجرّد سرد بلا سياق)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كل عنصر في القائمة: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عنوان فرعي واضح + فقرة قصيرة (60-100 كلمة) تشرح العنصر ومثاله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ترتيب العناصر: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من الأهم/الأسهل تطبيقاً إلى الأقل، لا عشوائياً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الخاتمة: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أي عنصر يُنصح بالبدء به أولاً + دعوة تحرّك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القالب الثالث: المقارنة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يناسب قرار اختيار بين خيارين أو أكثر (منصة مقابل أخرى، أداة مقابل أداة) — القارئ يريد قراراً واضحاً لا وصفاً محايداً فقط.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الفقرة الافتتاحية: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من يناسبه كل خيار باختصار قبل الشرح المفصّل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جدول مقارنة رئيسي: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معايير موحّدة يُقيَّم بها كل خيار جنباً إلى جنب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قسم لكل خيار: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نقاط القوة والضعف الفعلية بلا مجاملة لأي طرف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التوصية النهائية: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قرار واضح حسب حالة القارئ (مثال: اختر X إذا كان وضعك كذا)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أسئلة شائعة: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أسئلة حول حالات استخدام حدّية لم يغطّها الجدول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هذه القوالب جزء من نظام محتوى ليدرماس — اختر القالب المناسب لطبيعة الموضوع لا نمطاً واحداً لكل مقالة.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