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jc w:val="center"/>
      </w:pPr>
      <w:r>
        <w:rPr>
          <w:rFonts w:ascii="Calibri" w:hAnsi="Calibri" w:cs="Arial" w:eastAsia="Arial"/>
          <w:b/>
          <w:color w:val="1F4E79"/>
          <w:sz w:val="40"/>
        </w:rPr>
        <w:t>مكتبة برومبتات لبناء عروض تقديمية بالذكاء الاصطناعي</w:t>
      </w:r>
    </w:p>
    <w:p>
      <w:pPr>
        <w:bidi/>
        <w:jc w:val="center"/>
      </w:pPr>
      <w:r>
        <w:rPr>
          <w:rFonts w:ascii="Calibri" w:hAnsi="Calibri" w:cs="Arial" w:eastAsia="Arial"/>
          <w:b w:val="0"/>
          <w:color w:val="787878"/>
          <w:sz w:val="22"/>
        </w:rPr>
        <w:t>إعداد: ليدرماس · leadermas.com — للاستخدام مع أدوات مثل Gamma وChatGPT وGemini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أولاً: بناء الهيكل العام</w:t>
      </w:r>
    </w:p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1. هيكل عرض تقديمي كامل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أريد بناء عرض تقديمي عن [الموضوع] لجمهور [نوع الجمهور] مدته [عدد الدقائق] دقيقة. اقترح هيكل شرائح كاملاً (عنوان كل شريحة فقط بلا تفاصيل)، بترتيب منطقي يبدأ بمشكلة أو سؤال وينتهي بدعوة تحرّك واضحة.</w:t>
      </w:r>
    </w:p>
    <w:p/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2. تلخيص مستند طويل لعرض تقديمي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لدي مستند طويل عن [الموضوع]: [الصق النص أو صِفه]. لخّصه في هيكل عرض تقديمي من 8-10 شرائح، بحيث تحتوي كل شريحة على فكرة رئيسية واحدة فقط لا حشداً من المعلومات.</w:t>
      </w:r>
    </w:p>
    <w:p/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ثانياً: كتابة محتوى الشرائح</w:t>
      </w:r>
    </w:p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3. تحويل فقرة إلى نقاط شريحة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حوّل هذه الفقرة إلى 3-4 نقاط قصيرة (Bullet Points) مناسبة لعرض شريحة واحدة، بحد أقصى 8 كلمات لكل نقطة: [الصق الفقرة].</w:t>
      </w:r>
    </w:p>
    <w:p/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4. صياغة عنوان شريحة جذاب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اقترح 5 عناوين بديلة لشريحة تتحدّث عن [الموضوع/الفكرة]. يجب أن يكون كل عنوان مختصراً (أقل من 8 كلمات) ويلخّص الفكرة الأساسية للشريحة لا وصفاً عاماً.</w:t>
      </w:r>
    </w:p>
    <w:p/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5. صياغة إحصائية أو رقم بارز لشريحة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لدي هذه البيانات: [الصق الأرقام]. اكتب جملة واحدة بارزة (Callout) تبرز أهم رقم فيها بصياغة تسويقية مقنعة لعرض تقديمي، لا وصفاً إحصائياً جافاً.</w:t>
      </w:r>
    </w:p>
    <w:p/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ثالثاً: التصميم والتوجيه البصري</w:t>
      </w:r>
    </w:p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6. اقتراح تصور بصري لشريحة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لدي شريحة تتحدّث عن [الفكرة]. اقترح 3 أفكار تصور بصري مختلفة (رسم بياني، أيقونات، صورة مفهومية) تناسب هذا المحتوى، مع توضيح لماذا يناسب كل اقتراح الفكرة تحديداً.</w:t>
      </w:r>
    </w:p>
    <w:p/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7. صياغة توجيه لأداة توليد الشرائح (مثل Gamma)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اكتب توجيهاً (Prompt) لأداة توليد عروض تقديمية بالذكاء الاصطناعي لإنشاء عرض عن [الموضوع]، يتضمّن: الجمهور المستهدف، النبرة المطلوبة (رسمية/ودية)، عدد الشرائح التقريبي، ولوحة الألوان إن وُجدت هوية بصرية محدّدة.</w:t>
      </w:r>
    </w:p>
    <w:p/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رابعاً: المراجعة والتحسين</w:t>
      </w:r>
    </w:p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8. مراجعة كثافة النص في شريحة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راجع هذا النص المخصّص لشريحة واحدة: [الصق النص]. حدّد إن كان مزدحماً بالنص أكثر مما يحتمله عرض تقديمي، واقترح نسخة مختصرة لا تتجاوز 40 كلمة تحافظ على الفكرة الأساسية فقط.</w:t>
      </w:r>
    </w:p>
    <w:p/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9. اقتراح ملاحظات المتحدّث (Speaker Notes)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بناءً على عنوان الشريحة ونقاطها: [الصق العنوان والنقاط]، اكتب ملاحظات متحدّث (Speaker Notes) من 3-4 جمل توسّع كل نقطة شفهياً دون تكرار ما هو مكتوب على الشريحة نفسها.</w:t>
      </w:r>
    </w:p>
    <w:p/>
    <w:p/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نصيحة: راجع دائماً الأرقام والادّعاءات التي يقترحها النموذج قبل عرضها أمام جمهور حقيقي — النموذج يكتب بثقة عالية حتى عندما يكون مخطئاً.</w:t>
      </w:r>
    </w:p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