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حزمة قوالب البريد الإلكتروني التسويقي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 — استبدل الأقواس المربّعة بمعلوماتك قبل الإرسال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قوالب عامة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1. الترحيب بمشترك جديد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أهلاً بك في [اسم النشرة/الشركة] 👋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سعيدون بانضمامك إلينا. خلال الأيام القادمة سترسل لك رسالة كل [التكرار] تتضمّن [نوع المحتوى]. لتبدأ الآن، إليك [رابط مورد ترحيبي مفيد]. إن كان لديك أي سؤال، فقط ردّ على هذا البريد.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2. إعلان عن منتج/خدمة جديدة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تعرّف على [اسم المنتج] — [الفائدة الرئيسية في كلمتين]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أطلقنا [اسم المنتج] لحل مشكلة [المشكلة المستهدفة] بطريقة [الميزة المميّزة]. [فقرة قصيرة تشرح كيف يعمل]. [زر دعوة تحرّك: جرّبه الآن / احجز عرضاً].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3. طلب رأي أو تقييم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هل يمكننا سؤالك عن تجربتك معنا؟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نقدّر تجربتك معنا خلال [الفترة]. هل يمكنك منحنا دقيقتين لمشاركة رأيك عبر [رابط الاستبيان]؟ ملاحظاتك تساعدنا فعلياً على التحسين المستمر.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قوالب المبيعات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4. التواصل الأول (Cold Outreach)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لاحظت أن [ملاحظة محدّدة عن الشركة/الشخص]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لاحظت [ملاحظة حقيقية ومحدّدة تثبت أنك بحثت فعلاً، لا رسالة عامة]. نساعد شركات مثل [نوع الشركة] على [الفائدة الرئيسية] — هل يناسبك حديث قصير 15 دقيقة هذا الأسبوع؟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5. عرض بعد اجتماع تعريفي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ملخّص حديثنا + الخطوات التالية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شكراً على وقتك اليوم. كما اتفقنا، إليك ملخّص ما ناقشناه: [نقطة 1]، [نقطة 2]. المقترح المرفق يغطّي [النطاق]، وأنا متاح للإجابة عن أي استفسار قبل قرارك.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6. التعامل مع تردّد العميل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هل ما زال [الموضوع] أولوية لكم هذا الشهر؟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أتفهّم أن القرارات تحتاج وقتاً. أردت فقط التأكّد من عدم وجود أي سؤال عالق يمنع المضي قدماً. إن كان التوقيت غير مناسب حالياً، أخبرني متى يكون أفضل للمتابعة.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قوالب المتابعة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7. متابعة بعد عدم الرد (أولى)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متابعة بخصوص [الموضوع]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أعلم أن صندوق بريدك مزدحم، فأحببت المتابعة بخصوص رسالتي السابقة. إن كان هذا لا يزال ذا أولوية، يسعدني ترتيب وقت مناسب لك.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8. متابعة أخيرة (Break-up Email)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آخر متابعة مني بخصوص [الموضوع]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لم أسمع منك منذ فترة، فسأفترض أن هذا ليس أولوية حالياً. سأتوقف عن المتابعة، لكن الباب مفتوح دائماً إن احتجت [الخدمة] مستقبلاً. أتمنى لك التوفيق.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9. متابعة بعد تحميل مورد مجاني</w:t>
      </w:r>
    </w:p>
    <w:p>
      <w:pPr>
        <w:bidi/>
        <w:jc w:val="right"/>
      </w:pPr>
      <w:r>
        <w:rPr>
          <w:rFonts w:ascii="Calibri" w:hAnsi="Calibri" w:cs="Arial" w:eastAsia="Arial"/>
          <w:b/>
          <w:color w:val="5A5A5A"/>
          <w:sz w:val="21"/>
        </w:rPr>
        <w:t xml:space="preserve">العنوان: </w:t>
      </w:r>
      <w:r>
        <w:rPr>
          <w:rFonts w:ascii="Calibri" w:hAnsi="Calibri" w:cs="Arial" w:eastAsia="Arial"/>
          <w:b w:val="0"/>
          <w:color w:val="5A5A5A"/>
          <w:sz w:val="21"/>
        </w:rPr>
        <w:t>هل استفدت من [اسم المورد]؟</w:t>
      </w:r>
    </w:p>
    <w:p>
      <w:pPr>
        <w:bidi/>
        <w:jc w:val="right"/>
      </w:pPr>
      <w:r>
        <w:rPr>
          <w:rFonts w:ascii="Calibri" w:hAnsi="Calibri" w:cs="Arial" w:eastAsia="Arial"/>
          <w:b w:val="0"/>
          <w:color w:val="323232"/>
          <w:sz w:val="21"/>
        </w:rPr>
        <w:t>مرحباً [الاسم]،</w:t>
        <w:br/>
        <w:t>لاحظت أنك حمّلت [اسم المورد المجاني] مؤخراً. هل كان مفيداً؟ إن كان لديك سؤال حول تطبيقه على وضعك تحديداً، يسعدني المساعدة مباشرة.</w:t>
      </w:r>
    </w:p>
    <w:p/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هذه القوالب جزء من نظام محتوى ليدرماس — خصّص كل قالب بمعلومات حقيقية ومحدّدة قبل الإرسال؛ الرسائل العامة جداً تُقرأ كرسائل مزعجة (Spam) حتى لو كانت نيّتها جيدة.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